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בהיסטוריה של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בלימוד ההיסטוריה כמו מקור ראשוני ומשני וציר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מושגים הקשורים לכנסייה הקתולית ולביזנטיון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אירועים חשובים בתקופת ימי הביניים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האימפריה הרומית המזרחית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נוצר בזמן האירוע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נכתב מאוחר יותר על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נתן חופש פולחן לנוצרים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1347-1351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מקור ראשוני נוצר בזמן האירוע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המקום שבו חיים אנשי הדת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ביזנטיון היא האימפריה הרומית המזרחית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הצו משנת 313 אפשר לנוצרים לעבוד את אלוהיהם בחופשיות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תפקידו של ציר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ביזנטיון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מוות השחור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(ראש הכנסייה הקתולית)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(האימפריה הרומית המזרחית)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(נוצר בזמן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(נכתב מאוחר יותר על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(חופש פולחן לנוצרים, 313)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(מקום של נזירים ונזירות)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 מילאנו מעניק חופש פולחן לנוצרים (313)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ביזנטיון הופכת למרכז האימפריה הרומית המזרחית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תקופת ימי הביניים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מגפת המוות השחור פוגעת באירופה (1347-1351)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 ראשוני נוצר בזמן האירוע עצמו, למשל מכתב או תעודה מהתקופה. מקור משני נכתב מאוחר יותר, כמו ספר היסטוריה שמסכם את האירוע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אפיפיור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ראשוני נוצר בזמן האירוע, משני נכתב אחר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חופש פולחן לנוצרים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במשחק זיכרון דומה עם קלפים פיזיים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מקור ראשוני למשני באמצעות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בהיסטוריה של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בהיסטוריה, כמו אפיפיור, מקור ראשוני ומקור משני.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אפיפיור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הכנסייה הקתולית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ביזנטיון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האימפריה הרומית המזרחית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ראשוני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או עדות שנוצרו בזמן האירוע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משני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שנכתב מאוחר יותר על 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שמציג אירועים לפי סדר קרות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 מילאנו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משנת 313 שנתן חופש פולחן לנוצרים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מנזר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מגורים של נזירים ונזירות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המוות השחור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מגפה גדולה שפגעה באירופה בשנים 1347-1351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היה ראש הכנסייה?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ביזנטיון?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ממלכה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האימפריה הרומית המזרחית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במנזר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מגפה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מקור ראשוני?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נכתב שנים רבות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נוצר בזמן האירוע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שהומצא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לימוד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מקור משני?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נכתב מאוחר יותר על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נוצר בזמן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 יד עתיק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מהאירוע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עשה צו מילאנו?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אסר על דת הנצרות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נתן חופש פולחן לנוצרים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הקים את ביזנטיון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יצר את המגפה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הייתה מגפת המוות השחור?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1347-1351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1200-1210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100-105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1500-1510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ראשוני נכתב שנים רבות אחרי האירוע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מנזר הוא מקום מגורים של נזירים ונזירות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ביזנטיון היא שם אחר לאימפריה הרומית המערבית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מילאנו נתן לנוצרים חופש פולחן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 זמן מציג אירועים לפי סדר קרותם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היה ראש הכנסייה הקתולית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שם נוסף לאימפריה הרומית המזרחית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מקור __________ נוצר בזמן האירוע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מקור __________ נכתב מאוחר יותר על סמך עדויות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המגפה הגדולה שפגעה באירופה בשנים 1347-1351 נקראת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האימפריה הרומית המזרחית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ביזנטיון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ראש הכנסייה הקתולית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מקור ראשוני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נכתב מאוחר יותר על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מקור משני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חופש פולחן לנוצרים, 313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 מילאנו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של נזירים ונזירות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מנזר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נוצר בזמן האירוע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בסדר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מילאנו מעניק חופש פולחן לנוצרים (313)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ביזנטיון הופכת למרכז האימפריה הרומית המזרחית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תקופת ימי הביניים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מגפת המוות השחור פוגעת באירופה (1347-1351)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מקור ראשוני למקור משני, ותנו דוגמה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עמד בראש הכנסייה הקתולית?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מקור ראשוני למקור משני?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קבע צו מילאנו ב-313?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יסוד בהיסטוריה של ימי הביניים והנצרות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